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CD2B6" w14:textId="77777777" w:rsidR="0045204E" w:rsidRDefault="0045204E" w:rsidP="0045204E">
      <w:pPr>
        <w:spacing w:after="160" w:line="278" w:lineRule="auto"/>
        <w:ind w:left="720" w:hanging="360"/>
      </w:pPr>
    </w:p>
    <w:p w14:paraId="19D51E6C" w14:textId="77777777" w:rsidR="00045A8C" w:rsidRPr="00045A8C" w:rsidRDefault="00045A8C" w:rsidP="00045A8C">
      <w:pPr>
        <w:pStyle w:val="Listenabsatz"/>
        <w:numPr>
          <w:ilvl w:val="0"/>
          <w:numId w:val="11"/>
        </w:numPr>
        <w:rPr>
          <w:b/>
          <w:bCs/>
          <w:lang w:val="de-DE"/>
        </w:rPr>
      </w:pPr>
      <w:r w:rsidRPr="00045A8C">
        <w:rPr>
          <w:b/>
          <w:bCs/>
          <w:lang w:val="de-DE"/>
        </w:rPr>
        <w:t xml:space="preserve">Hinweis zur Personalisierung: </w:t>
      </w:r>
    </w:p>
    <w:p w14:paraId="1FFCE4E3" w14:textId="77777777" w:rsidR="00045A8C" w:rsidRPr="00045A8C" w:rsidRDefault="00045A8C" w:rsidP="00045A8C">
      <w:pPr>
        <w:pStyle w:val="Listenabsatz"/>
        <w:rPr>
          <w:lang w:val="de-DE"/>
        </w:rPr>
      </w:pPr>
      <w:r w:rsidRPr="00045A8C">
        <w:rPr>
          <w:highlight w:val="lightGray"/>
          <w:lang w:val="de-DE"/>
        </w:rPr>
        <w:t>Felder in grau und in [Klammern]</w:t>
      </w:r>
      <w:r w:rsidRPr="00045A8C">
        <w:rPr>
          <w:lang w:val="de-DE"/>
        </w:rPr>
        <w:t xml:space="preserve"> bitte mit eigenen Daten ergänzen.</w:t>
      </w:r>
    </w:p>
    <w:p w14:paraId="43E58F2A" w14:textId="77777777" w:rsidR="00045A8C" w:rsidRDefault="00045A8C" w:rsidP="00045A8C">
      <w:pPr>
        <w:pStyle w:val="Listenabsatz"/>
        <w:rPr>
          <w:lang w:val="de-DE"/>
        </w:rPr>
      </w:pPr>
      <w:r w:rsidRPr="00045A8C">
        <w:rPr>
          <w:lang w:val="de-DE"/>
        </w:rPr>
        <w:t>Diese Vorlage ist ein Vorschlag, der Ihnen die Arbeit erleichtern soll und so zu einer größeren Bekanntheit der Aktion führen soll. Fühlen Sie sich frei, ihn für sich anzupassen!</w:t>
      </w:r>
    </w:p>
    <w:p w14:paraId="1B6D1A7C" w14:textId="77777777" w:rsidR="00045A8C" w:rsidRDefault="00045A8C" w:rsidP="00045A8C">
      <w:pPr>
        <w:pStyle w:val="Listenabsatz"/>
        <w:pBdr>
          <w:bottom w:val="single" w:sz="12" w:space="1" w:color="auto"/>
        </w:pBdr>
        <w:rPr>
          <w:lang w:val="de-DE"/>
        </w:rPr>
      </w:pPr>
    </w:p>
    <w:p w14:paraId="64C40026" w14:textId="77777777" w:rsidR="00045A8C" w:rsidRPr="00045A8C" w:rsidRDefault="00045A8C" w:rsidP="00045A8C">
      <w:pPr>
        <w:pStyle w:val="Listenabsatz"/>
        <w:rPr>
          <w:lang w:val="de-DE"/>
        </w:rPr>
      </w:pPr>
    </w:p>
    <w:p w14:paraId="79C5501C" w14:textId="77777777" w:rsidR="0045204E" w:rsidRPr="0045204E" w:rsidRDefault="0045204E" w:rsidP="0045204E">
      <w:pPr>
        <w:pStyle w:val="Listenabsatz"/>
        <w:rPr>
          <w:b/>
          <w:bCs/>
        </w:rPr>
      </w:pPr>
    </w:p>
    <w:p w14:paraId="3A4D6A44" w14:textId="660EB838" w:rsidR="00606C10" w:rsidRPr="00606C10" w:rsidRDefault="00606C10">
      <w:pPr>
        <w:rPr>
          <w:b/>
          <w:bCs/>
        </w:rPr>
      </w:pPr>
      <w:r w:rsidRPr="00606C10">
        <w:rPr>
          <w:b/>
          <w:bCs/>
        </w:rPr>
        <w:t>PRESSEMITTEILUNG</w:t>
      </w:r>
    </w:p>
    <w:p w14:paraId="5663314E" w14:textId="77777777" w:rsidR="00606C10" w:rsidRDefault="00606C10">
      <w:pPr>
        <w:rPr>
          <w:b/>
          <w:bCs/>
          <w:sz w:val="28"/>
          <w:szCs w:val="28"/>
        </w:rPr>
      </w:pPr>
    </w:p>
    <w:p w14:paraId="00A1F400" w14:textId="394D5412" w:rsidR="00265959" w:rsidRDefault="00265959">
      <w:pPr>
        <w:rPr>
          <w:b/>
          <w:bCs/>
          <w:sz w:val="28"/>
          <w:szCs w:val="28"/>
        </w:rPr>
      </w:pPr>
      <w:r w:rsidRPr="005B225E">
        <w:rPr>
          <w:b/>
          <w:bCs/>
          <w:sz w:val="28"/>
          <w:szCs w:val="28"/>
        </w:rPr>
        <w:t xml:space="preserve">Laufen, helfen, verändern – </w:t>
      </w:r>
      <w:r w:rsidR="002E7B7E">
        <w:rPr>
          <w:b/>
          <w:bCs/>
          <w:sz w:val="28"/>
          <w:szCs w:val="28"/>
        </w:rPr>
        <w:t>“Kinder laufen für Kinder”-</w:t>
      </w:r>
      <w:r w:rsidRPr="005B225E">
        <w:rPr>
          <w:b/>
          <w:bCs/>
          <w:sz w:val="28"/>
          <w:szCs w:val="28"/>
        </w:rPr>
        <w:t xml:space="preserve">Spendenlauf der </w:t>
      </w:r>
      <w:r w:rsidRPr="0045204E">
        <w:rPr>
          <w:b/>
          <w:bCs/>
          <w:sz w:val="28"/>
          <w:szCs w:val="28"/>
          <w:highlight w:val="lightGray"/>
        </w:rPr>
        <w:t>[Schulname]</w:t>
      </w:r>
      <w:r w:rsidRPr="005B225E">
        <w:rPr>
          <w:b/>
          <w:bCs/>
          <w:sz w:val="28"/>
          <w:szCs w:val="28"/>
        </w:rPr>
        <w:t xml:space="preserve"> war voller Erfolg </w:t>
      </w:r>
    </w:p>
    <w:p w14:paraId="3A577DF3" w14:textId="77777777" w:rsidR="005B225E" w:rsidRPr="005B225E" w:rsidRDefault="005B225E">
      <w:pPr>
        <w:rPr>
          <w:b/>
          <w:bCs/>
          <w:sz w:val="28"/>
          <w:szCs w:val="28"/>
        </w:rPr>
      </w:pPr>
    </w:p>
    <w:p w14:paraId="61889657" w14:textId="48F03A16" w:rsidR="005B225E" w:rsidRDefault="005B225E">
      <w:r w:rsidRPr="0045204E">
        <w:rPr>
          <w:highlight w:val="lightGray"/>
        </w:rPr>
        <w:t>[Ort], [Datum]</w:t>
      </w:r>
      <w:r>
        <w:t xml:space="preserve"> – Großer Einsatz für eine gute Sache: Beim Spendenlauf der </w:t>
      </w:r>
      <w:r w:rsidRPr="0045204E">
        <w:rPr>
          <w:highlight w:val="lightGray"/>
        </w:rPr>
        <w:t>[Schulname]</w:t>
      </w:r>
      <w:r>
        <w:t xml:space="preserve"> im Rahmen der bundesweiten </w:t>
      </w:r>
      <w:r w:rsidR="002E7B7E">
        <w:t>Schula</w:t>
      </w:r>
      <w:r>
        <w:t xml:space="preserve">ktion „Kinder laufen für Kinder“ haben </w:t>
      </w:r>
      <w:r w:rsidRPr="0045204E">
        <w:rPr>
          <w:highlight w:val="lightGray"/>
        </w:rPr>
        <w:t>[Anzahl]</w:t>
      </w:r>
      <w:r>
        <w:t xml:space="preserve"> Schüler</w:t>
      </w:r>
      <w:r w:rsidR="00F8046C">
        <w:t xml:space="preserve"> und Schülerinnen</w:t>
      </w:r>
      <w:r>
        <w:t xml:space="preserve"> am </w:t>
      </w:r>
      <w:r w:rsidRPr="0045204E">
        <w:rPr>
          <w:highlight w:val="lightGray"/>
        </w:rPr>
        <w:t>[Laufdatum</w:t>
      </w:r>
      <w:r w:rsidR="0045204E" w:rsidRPr="0045204E">
        <w:rPr>
          <w:highlight w:val="lightGray"/>
        </w:rPr>
        <w:t>]</w:t>
      </w:r>
      <w:r>
        <w:t xml:space="preserve"> gemeinsam </w:t>
      </w:r>
      <w:r w:rsidRPr="0045204E">
        <w:rPr>
          <w:highlight w:val="lightGray"/>
        </w:rPr>
        <w:t>[geschätzte Kilometerzahl]</w:t>
      </w:r>
      <w:r>
        <w:t xml:space="preserve"> Kilometer zurückgelegt – und dabei rund </w:t>
      </w:r>
      <w:r w:rsidRPr="0045204E">
        <w:rPr>
          <w:highlight w:val="lightGray"/>
        </w:rPr>
        <w:t>[geschätzte Spendensumme]</w:t>
      </w:r>
      <w:r>
        <w:t xml:space="preserve"> Euro gesammelt. Das Geld kommt </w:t>
      </w:r>
      <w:r w:rsidRPr="0045204E">
        <w:rPr>
          <w:highlight w:val="lightGray"/>
        </w:rPr>
        <w:t>dem/den Projekt(en) [Name/n des gewählten Projekts/der gewählten Projekte einfügen]</w:t>
      </w:r>
      <w:r>
        <w:t xml:space="preserve"> zugute – </w:t>
      </w:r>
      <w:r w:rsidRPr="0045204E">
        <w:rPr>
          <w:highlight w:val="lightGray"/>
        </w:rPr>
        <w:t>diese(s)</w:t>
      </w:r>
      <w:r>
        <w:t xml:space="preserve"> hatten die Kinder im Vorfeld selbst in einem demokratischen Prozess ausgewählt.</w:t>
      </w:r>
    </w:p>
    <w:p w14:paraId="401F179E" w14:textId="77777777" w:rsidR="00F8046C" w:rsidRDefault="005B225E">
      <w:pPr>
        <w:rPr>
          <w:b/>
          <w:bCs/>
        </w:rPr>
      </w:pPr>
      <w:r w:rsidRPr="00F8046C">
        <w:rPr>
          <w:b/>
          <w:bCs/>
        </w:rPr>
        <w:t>Gemeinsames Engagement, das bewegt</w:t>
      </w:r>
    </w:p>
    <w:p w14:paraId="4ED95A01" w14:textId="20BD1DE1" w:rsidR="005B225E" w:rsidRDefault="005B225E" w:rsidP="005B225E">
      <w:pPr>
        <w:spacing w:before="240"/>
      </w:pPr>
      <w:r>
        <w:t xml:space="preserve">Mit viel Begeisterung liefen die Kinder </w:t>
      </w:r>
      <w:r w:rsidR="00F8046C">
        <w:t xml:space="preserve">Runde für Runde </w:t>
      </w:r>
      <w:r>
        <w:t xml:space="preserve">auf dem </w:t>
      </w:r>
      <w:r w:rsidR="00F8046C" w:rsidRPr="0045204E">
        <w:rPr>
          <w:highlight w:val="lightGray"/>
        </w:rPr>
        <w:t>[</w:t>
      </w:r>
      <w:r w:rsidRPr="0045204E">
        <w:rPr>
          <w:highlight w:val="lightGray"/>
        </w:rPr>
        <w:t>Schulgelände</w:t>
      </w:r>
      <w:r w:rsidR="00F8046C" w:rsidRPr="0045204E">
        <w:rPr>
          <w:highlight w:val="lightGray"/>
        </w:rPr>
        <w:t xml:space="preserve"> / </w:t>
      </w:r>
      <w:r w:rsidRPr="0045204E">
        <w:rPr>
          <w:highlight w:val="lightGray"/>
        </w:rPr>
        <w:t>einer festgelegten Strecke</w:t>
      </w:r>
      <w:r w:rsidR="00F8046C" w:rsidRPr="0045204E">
        <w:rPr>
          <w:highlight w:val="lightGray"/>
        </w:rPr>
        <w:t>]</w:t>
      </w:r>
      <w:r>
        <w:t xml:space="preserve">. Die Spendensumme kam durch Spenden von Eltern, Großeltern, </w:t>
      </w:r>
      <w:r w:rsidR="00F8046C" w:rsidRPr="0045204E">
        <w:rPr>
          <w:highlight w:val="lightGray"/>
        </w:rPr>
        <w:t>[</w:t>
      </w:r>
      <w:r w:rsidRPr="0045204E">
        <w:rPr>
          <w:highlight w:val="lightGray"/>
        </w:rPr>
        <w:t>und regionalen Unternehmen</w:t>
      </w:r>
      <w:r w:rsidR="00F8046C" w:rsidRPr="0045204E">
        <w:rPr>
          <w:highlight w:val="lightGray"/>
        </w:rPr>
        <w:t>]</w:t>
      </w:r>
      <w:r w:rsidR="00F8046C">
        <w:t xml:space="preserve"> </w:t>
      </w:r>
      <w:r>
        <w:t>zustande, die jede gelaufene Runde mit einem festen Betrag unterstützten.</w:t>
      </w:r>
    </w:p>
    <w:p w14:paraId="32F67827" w14:textId="77777777" w:rsidR="003878C1" w:rsidRDefault="00F8046C" w:rsidP="005B225E">
      <w:pPr>
        <w:spacing w:before="240" w:after="0"/>
        <w:rPr>
          <w:b/>
          <w:bCs/>
        </w:rPr>
      </w:pPr>
      <w:r w:rsidRPr="00F8046C">
        <w:rPr>
          <w:b/>
          <w:bCs/>
        </w:rPr>
        <w:t>Teil einer starken Bewegung</w:t>
      </w:r>
    </w:p>
    <w:p w14:paraId="1F9FF25F" w14:textId="50F51AF0" w:rsidR="00F8046C" w:rsidRDefault="00F8046C" w:rsidP="003878C1">
      <w:pPr>
        <w:spacing w:after="0"/>
      </w:pPr>
      <w:r>
        <w:br/>
        <w:t xml:space="preserve">„Kinder laufen für Kinder“ motiviert seit </w:t>
      </w:r>
      <w:r w:rsidR="00D549FF">
        <w:t xml:space="preserve">über </w:t>
      </w:r>
      <w:r>
        <w:t>25 Jahren Kinder und Jugendliche, sich zu bewegen und gleichzeitig Gutes zu tun. Inzwischen haben über 9</w:t>
      </w:r>
      <w:r w:rsidR="00E63FCB">
        <w:t>8</w:t>
      </w:r>
      <w:r>
        <w:t>0.000 Schüler</w:t>
      </w:r>
      <w:r w:rsidR="0045204E">
        <w:t>innen und Schüler</w:t>
      </w:r>
      <w:r>
        <w:t xml:space="preserve"> bundesweit </w:t>
      </w:r>
      <w:r w:rsidR="00E63FCB">
        <w:t>knapp 10</w:t>
      </w:r>
      <w:r>
        <w:t xml:space="preserve"> Millionen Euro für Projekte in den Bereichen Gesundheit, </w:t>
      </w:r>
      <w:r w:rsidR="00E63FCB">
        <w:t>Kinderrechte</w:t>
      </w:r>
      <w:r>
        <w:t>, Umwelt, Soziales und Frieden erlaufen. Unterstützt wird die Initiative von 11 Kultusministerien sowie durch die langjährige Partnerschaft mit der Genuss-Molkerei Zott.</w:t>
      </w:r>
    </w:p>
    <w:p w14:paraId="36522393" w14:textId="77777777" w:rsidR="003878C1" w:rsidRPr="00F8046C" w:rsidRDefault="003878C1" w:rsidP="003878C1">
      <w:pPr>
        <w:spacing w:after="0"/>
        <w:rPr>
          <w:b/>
          <w:bCs/>
        </w:rPr>
      </w:pPr>
    </w:p>
    <w:p w14:paraId="5B707972" w14:textId="77777777" w:rsidR="003878C1" w:rsidRDefault="003878C1" w:rsidP="003878C1">
      <w:pPr>
        <w:spacing w:after="0"/>
        <w:rPr>
          <w:b/>
          <w:bCs/>
        </w:rPr>
      </w:pPr>
      <w:r w:rsidRPr="00265959">
        <w:rPr>
          <w:b/>
          <w:bCs/>
        </w:rPr>
        <w:lastRenderedPageBreak/>
        <w:t>Soziales Lernen mit Langzeitwirkung</w:t>
      </w:r>
    </w:p>
    <w:p w14:paraId="04EFE861" w14:textId="77777777" w:rsidR="003878C1" w:rsidRDefault="003878C1" w:rsidP="003878C1">
      <w:r>
        <w:br/>
        <w:t>Die Kinder erleben durch den Lauf unmittelbar, dass sie mit ihrem Einsatz echte Veränderungen bewirken können. Bewegung, Teamgeist und Verantwortung verschmelzen dabei zu einer Erfahrung, die weit über den Lauftag hinaus Wirkung zeigt.</w:t>
      </w:r>
    </w:p>
    <w:p w14:paraId="2F39E770" w14:textId="7F7022A5" w:rsidR="003878C1" w:rsidRPr="003878C1" w:rsidRDefault="0045204E">
      <w:r w:rsidRPr="00DE7024">
        <w:rPr>
          <w:b/>
          <w:bCs/>
          <w:i/>
          <w:iCs/>
          <w:highlight w:val="lightGray"/>
        </w:rPr>
        <w:t xml:space="preserve">Vorschlag für </w:t>
      </w:r>
      <w:r w:rsidRPr="00DE7024">
        <w:rPr>
          <w:b/>
          <w:bCs/>
          <w:i/>
          <w:iCs/>
          <w:highlight w:val="lightGray"/>
          <w:u w:val="single"/>
        </w:rPr>
        <w:t>optionales</w:t>
      </w:r>
      <w:r w:rsidRPr="00DE7024">
        <w:rPr>
          <w:b/>
          <w:bCs/>
          <w:i/>
          <w:iCs/>
          <w:highlight w:val="lightGray"/>
        </w:rPr>
        <w:t xml:space="preserve"> Zitat, kann natürlich auch gerne angepasst</w:t>
      </w:r>
      <w:r w:rsidR="00B313DC" w:rsidRPr="00DE7024">
        <w:rPr>
          <w:b/>
          <w:bCs/>
          <w:i/>
          <w:iCs/>
          <w:highlight w:val="lightGray"/>
        </w:rPr>
        <w:t>/gelöscht</w:t>
      </w:r>
      <w:r w:rsidRPr="00DE7024">
        <w:rPr>
          <w:b/>
          <w:bCs/>
          <w:i/>
          <w:iCs/>
          <w:highlight w:val="lightGray"/>
        </w:rPr>
        <w:t xml:space="preserve"> werden</w:t>
      </w:r>
      <w:r w:rsidRPr="00B313DC">
        <w:rPr>
          <w:b/>
          <w:bCs/>
          <w:i/>
          <w:iCs/>
        </w:rPr>
        <w:t>:</w:t>
      </w:r>
      <w:r w:rsidR="003878C1" w:rsidRPr="00B313DC">
        <w:rPr>
          <w:b/>
          <w:bCs/>
          <w:highlight w:val="lightGray"/>
        </w:rPr>
        <w:br/>
      </w:r>
      <w:r w:rsidR="003878C1" w:rsidRPr="0045204E">
        <w:rPr>
          <w:highlight w:val="lightGray"/>
        </w:rPr>
        <w:t>„Es war berührend zu sehen, wie motiviert die Kinder waren, etwas für andere zu tun. Und wir sind stolz auf die Spende</w:t>
      </w:r>
      <w:r>
        <w:rPr>
          <w:highlight w:val="lightGray"/>
        </w:rPr>
        <w:t>n</w:t>
      </w:r>
      <w:r w:rsidR="003878C1" w:rsidRPr="0045204E">
        <w:rPr>
          <w:highlight w:val="lightGray"/>
        </w:rPr>
        <w:t>summe, die für den guten Zweck erlaufen wurde“, sagt [Schulleitung/Lehrkraft].</w:t>
      </w:r>
    </w:p>
    <w:p w14:paraId="7FC78DF4" w14:textId="4766CC23" w:rsidR="00F8046C" w:rsidRDefault="00F8046C" w:rsidP="003878C1">
      <w:pPr>
        <w:spacing w:after="0"/>
        <w:rPr>
          <w:b/>
          <w:bCs/>
        </w:rPr>
      </w:pPr>
      <w:r>
        <w:rPr>
          <w:b/>
          <w:bCs/>
        </w:rPr>
        <w:t>Spendenlauf in</w:t>
      </w:r>
      <w:r w:rsidR="005B225E">
        <w:rPr>
          <w:b/>
          <w:bCs/>
        </w:rPr>
        <w:t>k</w:t>
      </w:r>
      <w:r>
        <w:rPr>
          <w:b/>
          <w:bCs/>
        </w:rPr>
        <w:t xml:space="preserve">lusive </w:t>
      </w:r>
      <w:r w:rsidR="005B225E" w:rsidRPr="00F8046C">
        <w:rPr>
          <w:b/>
          <w:bCs/>
        </w:rPr>
        <w:t xml:space="preserve">Mitbestimmung </w:t>
      </w:r>
    </w:p>
    <w:p w14:paraId="68B73BAF" w14:textId="77777777" w:rsidR="003878C1" w:rsidRDefault="003878C1" w:rsidP="003878C1">
      <w:pPr>
        <w:spacing w:after="0"/>
        <w:rPr>
          <w:b/>
          <w:bCs/>
        </w:rPr>
      </w:pPr>
    </w:p>
    <w:p w14:paraId="48E037BF" w14:textId="0E2AEAF3" w:rsidR="008E3342" w:rsidRPr="00F8046C" w:rsidRDefault="005B225E">
      <w:pPr>
        <w:rPr>
          <w:b/>
          <w:bCs/>
        </w:rPr>
      </w:pPr>
      <w:r>
        <w:t xml:space="preserve">Besonders </w:t>
      </w:r>
      <w:r w:rsidR="00F8046C">
        <w:t>an “Kinder</w:t>
      </w:r>
      <w:r>
        <w:t xml:space="preserve"> </w:t>
      </w:r>
      <w:r w:rsidR="00F8046C">
        <w:t xml:space="preserve">laufen für Kinder” </w:t>
      </w:r>
      <w:r>
        <w:t>ist der demokratische Ansatz: Die Schüler</w:t>
      </w:r>
      <w:r w:rsidR="00F8046C">
        <w:t xml:space="preserve"> und Schülerinnen</w:t>
      </w:r>
      <w:r>
        <w:t xml:space="preserve"> wählen selbst aus fünf förderwürdigen Projekten in den Bereichen Gesundheit, Umwelt, Soziales, Bildung oder Frieden. In diesem Jahr entschied</w:t>
      </w:r>
      <w:r w:rsidR="003878C1">
        <w:t xml:space="preserve">en sie sich </w:t>
      </w:r>
      <w:r>
        <w:t>für</w:t>
      </w:r>
      <w:r w:rsidR="003878C1">
        <w:t xml:space="preserve"> </w:t>
      </w:r>
      <w:r w:rsidRPr="0045204E">
        <w:rPr>
          <w:highlight w:val="lightGray"/>
        </w:rPr>
        <w:t>[Projektname(n) hier erneut aufführen</w:t>
      </w:r>
      <w:r w:rsidR="003878C1" w:rsidRPr="0045204E">
        <w:rPr>
          <w:highlight w:val="lightGray"/>
        </w:rPr>
        <w:t>, und evtl begründen, warum gerade diese Projekt</w:t>
      </w:r>
      <w:r w:rsidRPr="0045204E">
        <w:rPr>
          <w:highlight w:val="lightGray"/>
        </w:rPr>
        <w:t>]</w:t>
      </w:r>
      <w:r w:rsidR="003878C1" w:rsidRPr="0045204E">
        <w:rPr>
          <w:highlight w:val="lightGray"/>
        </w:rPr>
        <w:t>.</w:t>
      </w:r>
    </w:p>
    <w:p w14:paraId="2D713FFF" w14:textId="77777777" w:rsidR="003878C1" w:rsidRDefault="003878C1"/>
    <w:p w14:paraId="57B55C54" w14:textId="71CC86C3" w:rsidR="00265959" w:rsidRDefault="005B225E">
      <w:r w:rsidRPr="00BA0772">
        <w:rPr>
          <w:b/>
          <w:bCs/>
        </w:rPr>
        <w:t>Pressekontakt</w:t>
      </w:r>
      <w:r w:rsidR="00265959" w:rsidRPr="00BA0772">
        <w:rPr>
          <w:b/>
          <w:bCs/>
        </w:rPr>
        <w:t>:</w:t>
      </w:r>
      <w:r w:rsidRPr="00BA0772">
        <w:rPr>
          <w:highlight w:val="lightGray"/>
        </w:rPr>
        <w:br/>
        <w:t>[Name der Schule / Ansprechpartner</w:t>
      </w:r>
      <w:r w:rsidR="00265959" w:rsidRPr="00BA0772">
        <w:rPr>
          <w:highlight w:val="lightGray"/>
        </w:rPr>
        <w:t>I</w:t>
      </w:r>
      <w:r w:rsidRPr="00BA0772">
        <w:rPr>
          <w:highlight w:val="lightGray"/>
        </w:rPr>
        <w:t>n]</w:t>
      </w:r>
      <w:r w:rsidRPr="00BA0772">
        <w:rPr>
          <w:highlight w:val="lightGray"/>
        </w:rPr>
        <w:br/>
        <w:t>[Telefon / E-Mail]</w:t>
      </w:r>
      <w:r w:rsidRPr="00265959">
        <w:rPr>
          <w:highlight w:val="magenta"/>
        </w:rPr>
        <w:br/>
      </w:r>
    </w:p>
    <w:p w14:paraId="194A866D" w14:textId="39932EEE" w:rsidR="00265959" w:rsidRDefault="00265959" w:rsidP="00265959">
      <w:pPr>
        <w:spacing w:after="0"/>
        <w:rPr>
          <w:b/>
          <w:bCs/>
        </w:rPr>
      </w:pPr>
      <w:r w:rsidRPr="00265959">
        <w:rPr>
          <w:b/>
          <w:bCs/>
        </w:rPr>
        <w:t>Pressekontakt “Kinder laufen für Kinder”:</w:t>
      </w:r>
    </w:p>
    <w:p w14:paraId="1D710639" w14:textId="5B13BC9E" w:rsidR="00265959" w:rsidRPr="00265959" w:rsidRDefault="00265959" w:rsidP="00265959">
      <w:pPr>
        <w:spacing w:after="0"/>
      </w:pPr>
      <w:r w:rsidRPr="00265959">
        <w:t>Initiative „Kinder laufen für Kinder“</w:t>
      </w:r>
    </w:p>
    <w:p w14:paraId="14086F7C" w14:textId="77777777" w:rsidR="00265959" w:rsidRPr="00265959" w:rsidRDefault="00265959" w:rsidP="00265959">
      <w:pPr>
        <w:spacing w:after="0"/>
      </w:pPr>
      <w:r w:rsidRPr="00265959">
        <w:t>Änne Jacobs</w:t>
      </w:r>
    </w:p>
    <w:p w14:paraId="22A9930F" w14:textId="77777777" w:rsidR="00265959" w:rsidRPr="00265959" w:rsidRDefault="00265959" w:rsidP="00265959">
      <w:pPr>
        <w:spacing w:after="0"/>
      </w:pPr>
      <w:r w:rsidRPr="00265959">
        <w:t>Balanstr. 97</w:t>
      </w:r>
    </w:p>
    <w:p w14:paraId="5E7B63F7" w14:textId="77777777" w:rsidR="00265959" w:rsidRPr="00265959" w:rsidRDefault="00265959" w:rsidP="00265959">
      <w:pPr>
        <w:spacing w:after="0"/>
      </w:pPr>
      <w:r w:rsidRPr="00265959">
        <w:t>81539 München</w:t>
      </w:r>
    </w:p>
    <w:p w14:paraId="22158DF0" w14:textId="77777777" w:rsidR="00265959" w:rsidRDefault="00265959" w:rsidP="00265959">
      <w:pPr>
        <w:rPr>
          <w:lang w:val="de-DE"/>
        </w:rPr>
      </w:pPr>
      <w:r w:rsidRPr="00265959">
        <w:rPr>
          <w:lang w:val="de-DE"/>
        </w:rPr>
        <w:t>T:  089 - 2189 653 60</w:t>
      </w:r>
    </w:p>
    <w:p w14:paraId="1F8BA945" w14:textId="3B53D2C1" w:rsidR="00265959" w:rsidRPr="00265959" w:rsidRDefault="00606C10" w:rsidP="00265959">
      <w:pPr>
        <w:rPr>
          <w:lang w:val="de-DE"/>
        </w:rPr>
      </w:pPr>
      <w:r>
        <w:t>info</w:t>
      </w:r>
      <w:r w:rsidR="00265959" w:rsidRPr="00265959">
        <w:t>@kinder-laufen-fuer-kinder.de</w:t>
      </w:r>
    </w:p>
    <w:p w14:paraId="483E7B57" w14:textId="1DC648D7" w:rsidR="008E3342" w:rsidRDefault="005B225E">
      <w:r>
        <w:t xml:space="preserve">Weitere Informationen zur Aktion unter </w:t>
      </w:r>
      <w:hyperlink r:id="rId8" w:history="1">
        <w:r w:rsidRPr="00265959">
          <w:rPr>
            <w:rStyle w:val="Hyperlink"/>
          </w:rPr>
          <w:t>www.kinder-laufen-fuer-kinder.de</w:t>
        </w:r>
      </w:hyperlink>
    </w:p>
    <w:p w14:paraId="106A55AC" w14:textId="77777777" w:rsidR="00265959" w:rsidRDefault="00265959"/>
    <w:sectPr w:rsidR="00265959"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87962" w14:textId="77777777" w:rsidR="005B225E" w:rsidRDefault="005B225E" w:rsidP="005B225E">
      <w:pPr>
        <w:spacing w:after="0" w:line="240" w:lineRule="auto"/>
      </w:pPr>
      <w:r>
        <w:separator/>
      </w:r>
    </w:p>
  </w:endnote>
  <w:endnote w:type="continuationSeparator" w:id="0">
    <w:p w14:paraId="51F69410" w14:textId="77777777" w:rsidR="005B225E" w:rsidRDefault="005B225E" w:rsidP="005B2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A0C75" w14:textId="77777777" w:rsidR="005B225E" w:rsidRDefault="005B225E" w:rsidP="005B225E">
      <w:pPr>
        <w:spacing w:after="0" w:line="240" w:lineRule="auto"/>
      </w:pPr>
      <w:r>
        <w:separator/>
      </w:r>
    </w:p>
  </w:footnote>
  <w:footnote w:type="continuationSeparator" w:id="0">
    <w:p w14:paraId="3214F841" w14:textId="77777777" w:rsidR="005B225E" w:rsidRDefault="005B225E" w:rsidP="005B2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B0F61" w14:textId="50D31998" w:rsidR="005B225E" w:rsidRPr="00F8046C" w:rsidRDefault="005B225E" w:rsidP="005B225E">
    <w:pPr>
      <w:pStyle w:val="berschrift1"/>
      <w:rPr>
        <w:color w:val="7030A0"/>
      </w:rPr>
    </w:pPr>
    <w:r>
      <w:rPr>
        <w:color w:val="7030A0"/>
      </w:rPr>
      <w:t xml:space="preserve">VORLAGE NACHBERICHTERSTATTUNG </w:t>
    </w:r>
    <w:r w:rsidR="00606C10">
      <w:rPr>
        <w:color w:val="7030A0"/>
      </w:rPr>
      <w:t xml:space="preserve">- </w:t>
    </w:r>
    <w:r>
      <w:rPr>
        <w:color w:val="7030A0"/>
      </w:rPr>
      <w:t>FÜR REGIONALE PRESSE</w:t>
    </w:r>
  </w:p>
  <w:p w14:paraId="511DC67D" w14:textId="77777777" w:rsidR="005B225E" w:rsidRDefault="005B22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2FFB6B29"/>
    <w:multiLevelType w:val="hybridMultilevel"/>
    <w:tmpl w:val="6728F0F0"/>
    <w:lvl w:ilvl="0" w:tplc="3E66628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3799085">
    <w:abstractNumId w:val="8"/>
  </w:num>
  <w:num w:numId="2" w16cid:durableId="738594506">
    <w:abstractNumId w:val="6"/>
  </w:num>
  <w:num w:numId="3" w16cid:durableId="1602685078">
    <w:abstractNumId w:val="5"/>
  </w:num>
  <w:num w:numId="4" w16cid:durableId="712658761">
    <w:abstractNumId w:val="4"/>
  </w:num>
  <w:num w:numId="5" w16cid:durableId="14621520">
    <w:abstractNumId w:val="7"/>
  </w:num>
  <w:num w:numId="6" w16cid:durableId="343673061">
    <w:abstractNumId w:val="3"/>
  </w:num>
  <w:num w:numId="7" w16cid:durableId="1119689794">
    <w:abstractNumId w:val="2"/>
  </w:num>
  <w:num w:numId="8" w16cid:durableId="1848399043">
    <w:abstractNumId w:val="1"/>
  </w:num>
  <w:num w:numId="9" w16cid:durableId="1622954743">
    <w:abstractNumId w:val="0"/>
  </w:num>
  <w:num w:numId="10" w16cid:durableId="958806163">
    <w:abstractNumId w:val="9"/>
  </w:num>
  <w:num w:numId="11" w16cid:durableId="3267888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5A8C"/>
    <w:rsid w:val="0006063C"/>
    <w:rsid w:val="0015074B"/>
    <w:rsid w:val="00265959"/>
    <w:rsid w:val="0029639D"/>
    <w:rsid w:val="002B35F0"/>
    <w:rsid w:val="002E7B7E"/>
    <w:rsid w:val="00326F90"/>
    <w:rsid w:val="00380FD9"/>
    <w:rsid w:val="003878C1"/>
    <w:rsid w:val="0045204E"/>
    <w:rsid w:val="00582942"/>
    <w:rsid w:val="005B225E"/>
    <w:rsid w:val="00606C10"/>
    <w:rsid w:val="006E61AF"/>
    <w:rsid w:val="008E3342"/>
    <w:rsid w:val="009630CB"/>
    <w:rsid w:val="00A52E90"/>
    <w:rsid w:val="00AA1D8D"/>
    <w:rsid w:val="00B313DC"/>
    <w:rsid w:val="00B47730"/>
    <w:rsid w:val="00BA0772"/>
    <w:rsid w:val="00C00C30"/>
    <w:rsid w:val="00C16D6D"/>
    <w:rsid w:val="00CB0664"/>
    <w:rsid w:val="00D549FF"/>
    <w:rsid w:val="00DB0D1D"/>
    <w:rsid w:val="00DB66E6"/>
    <w:rsid w:val="00DE7024"/>
    <w:rsid w:val="00E63FCB"/>
    <w:rsid w:val="00E85B70"/>
    <w:rsid w:val="00F804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CF4F96"/>
  <w14:defaultImageDpi w14:val="300"/>
  <w15:docId w15:val="{67A04950-6EFC-468C-BDD4-A9E0FE7D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rial" w:hAnsi="Arial"/>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265959"/>
    <w:rPr>
      <w:color w:val="0000FF" w:themeColor="hyperlink"/>
      <w:u w:val="single"/>
    </w:rPr>
  </w:style>
  <w:style w:type="character" w:styleId="NichtaufgelsteErwhnung">
    <w:name w:val="Unresolved Mention"/>
    <w:basedOn w:val="Absatz-Standardschriftart"/>
    <w:uiPriority w:val="99"/>
    <w:semiHidden/>
    <w:unhideWhenUsed/>
    <w:rsid w:val="0026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735">
      <w:bodyDiv w:val="1"/>
      <w:marLeft w:val="0"/>
      <w:marRight w:val="0"/>
      <w:marTop w:val="0"/>
      <w:marBottom w:val="0"/>
      <w:divBdr>
        <w:top w:val="none" w:sz="0" w:space="0" w:color="auto"/>
        <w:left w:val="none" w:sz="0" w:space="0" w:color="auto"/>
        <w:bottom w:val="none" w:sz="0" w:space="0" w:color="auto"/>
        <w:right w:val="none" w:sz="0" w:space="0" w:color="auto"/>
      </w:divBdr>
    </w:div>
    <w:div w:id="830028194">
      <w:bodyDiv w:val="1"/>
      <w:marLeft w:val="0"/>
      <w:marRight w:val="0"/>
      <w:marTop w:val="0"/>
      <w:marBottom w:val="0"/>
      <w:divBdr>
        <w:top w:val="none" w:sz="0" w:space="0" w:color="auto"/>
        <w:left w:val="none" w:sz="0" w:space="0" w:color="auto"/>
        <w:bottom w:val="none" w:sz="0" w:space="0" w:color="auto"/>
        <w:right w:val="none" w:sz="0" w:space="0" w:color="auto"/>
      </w:divBdr>
    </w:div>
    <w:div w:id="1509952874">
      <w:bodyDiv w:val="1"/>
      <w:marLeft w:val="0"/>
      <w:marRight w:val="0"/>
      <w:marTop w:val="0"/>
      <w:marBottom w:val="0"/>
      <w:divBdr>
        <w:top w:val="none" w:sz="0" w:space="0" w:color="auto"/>
        <w:left w:val="none" w:sz="0" w:space="0" w:color="auto"/>
        <w:bottom w:val="none" w:sz="0" w:space="0" w:color="auto"/>
        <w:right w:val="none" w:sz="0" w:space="0" w:color="auto"/>
      </w:divBdr>
    </w:div>
    <w:div w:id="20560053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www.kinder-laufen-fuer-kinder.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2599</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Christina Nachbauer</cp:lastModifiedBy>
  <cp:revision>15</cp:revision>
  <dcterms:created xsi:type="dcterms:W3CDTF">2013-12-23T23:15:00Z</dcterms:created>
  <dcterms:modified xsi:type="dcterms:W3CDTF">2025-12-02T09:19:00Z</dcterms:modified>
  <cp:category/>
</cp:coreProperties>
</file>